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הגלובליזציה – המשחק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הגלובליזציה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גלובליזציה וכיצד היא מחברת בין מדינות ואנשים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שרשרת האספקה של מוצר מהייצור ועד הצרכן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יבוא ליצוא ולזהות דוגמאות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ולהבין עובדות ונתונים פשוטים על סחר עולמי ומיקום גיאוגרפי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גלובליזציה: מושגי יסוד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שבו מדינות בעולם מתחברות זו לזו במסחר, תרבות וטכנולוגיה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הבאת מוצרים ממדינה אחרת לתוך המדינה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שליחת מוצרים מהמדינה שלנו למדינות 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מכירה וקנייה של מוצרים ושירותים בין מדינות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גלובליזציה: מושגי יסוד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(הבאת מוצרים ממדינה אחרת לתוך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(שליחת מוצרים מהמדינה שלנו לחו"ל)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(מסחר במוצרים ושירותים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(שרשרת של שלבים שמוצר עובר מהייצור ועד שהוא מגיע לצרכן)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(תהליך שמחבר בין מדינות בעולם בכלכלה ובתרבות)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גלובליזציה: מושגי יסוד – חשיבה והסקה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יצוא הוא שליחת מוצרים החוצה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יבוא הוא הבאה פנימה ויצוא הוא שליחה החוצה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שרשרת האספקה: מהמפעל ועד הבית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חומרי גלם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באוניות מכולות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להעביר מכולות בין אוניה ליבשה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כל השלבים מהחומר הגלם ועד הלקוח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כדי להוזיל עלויות ולהשתמש במומחיות מקומית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שרשרת האספקה: מהמפעל ועד הבית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(חומר בסיסי שממנו מייצרים מוצר, כמו כותנה לבגד)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(תיבת מתכת גדולה להובלת מוצרים באונייה)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(מקום שבו מעבירים מכולות בין האונייה ליבשה)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(השלב שבו מעבירים את המוצר המוכן לחנויות)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(הכנה של כמות גדולה מאוד של מוצרים זהים במפעל)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(הסכום שמשלמים כדי להעביר מוצר ממקום למקום)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3 · סחר עולמי: יבוא, יצוא וסלי מוצרים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מיובא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יבוא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סחר עולמי: יבוא, יצוא וסלי מוצרים – מיון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דלק ממדינה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מקומי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להרוויח כסף ולמכור את מה שיש להן בשפע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לייצא חלק מהתפוזים למדינות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סחר עולמי: יבוא, יצוא וסלי מוצרים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רבים מהמוצרים מיובאים ממדינות 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מדינות קונות ומוכרות מוצרים זו לזו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רוב המדינות עושות גם וגם, תלוי במוצר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מיובא פירושו שהגיע ממדינה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סחר עולמי: יבוא, יצוא וסלי מוצרים –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בדיקת תווית המקור/ארץ ייצור על האריזה, הסבר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מגוון רחב יותר של מוצרים, ניצול יתרונות ייחודיים של כל מדינה, רווח כלכלי מהייצוא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עובדות ונתונים על העולם המחובר – זיהוי עובדות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הובלה ימית היא הדרך הנפוצה והזולה ביותר להעברת כמויות גדולות של סחורות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מוצרים רבים מורכבים מחלקים המגיעים ממספר מדינות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גודל אחיד מאפשר להעמיס ולפרוק אותן בקלות בכל נמל בעולם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עובדות ונתונים על העולם המחובר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חיבור כלכלי ותרבותי בין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כדי להוזיל עלויות ולהשתמש ביתרון של כל 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עובדות ונתונים על העולם המחובר – מילוי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מיוצאים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עובדות ונתונים על העולם המחובר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(הבאת מוצרים ממדינה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(שליחת מוצרים למדינה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(רצף השלבים מייצור ועד הגעה ללקוח)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(תיבת מתכת תקנית להובלת סחורות)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(קנייה ומכירה של מוצרים בין מדינות)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איפה בעולם: יבשות ומסלולי סחורה – היכרות עם היבשות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אסיה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איפה בעולם: יבשות ומסלולי סחורה – יבשות ומוצרים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אוסטרליה היא היבשת הקטנה ביותר והיא גם מדינה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מוצרים מיוצרים ומועברים בין יבשות רבות ושונות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איפה בעולם: יבשות ומסלולי סחורה – חיבור יבשות למוצרים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(אלקטרוניקה)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(קקאו)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(מכוניות ומוצרי יוקרה)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(צמר ובשר)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איפה בעולם: יבשות ומסלולי סחורה – דרך הסחורה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אוקיינוס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אתגר מסכם: כל התחנות ביחד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כל השלבים שמוצר עובר מהייצור ועד הלקוח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תיבת מתכת גדולה להובלת סחורות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יבוא זה הכנסת סחורה למדינה, יצוא זה שליחה החוצה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תהליך שמחבר בין מדינות ואנשים בעולם בכלכלה ובתרבות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מוצר מוחשי ולפחות שני שלבים הגיוניים בשרשרת (חומר גלם, ייצור, הובלה, מכירה)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מבחינה נכון בין הבאת מוצרים פנימה (יבוא) להוצאתם החוצה (יצוא), עם דוגמה מתאימה לכל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מתייחסת לעובדה אמיתית מהנושאים שנלמדו ומסבירה בקצרה את הקשר למסחר או לחיבור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לשני-שלושה שיעורים: פרקים 1-2 בשיעור ראשון, 3-4 בשני, 5-6 בשלישי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בפרקים 1-3 ולדלג על חלק מתרגילי העובדות המספריות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קצר על יתרונות וחסרונות של גלובליזציה בעקבות פרק 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כל פרק לתחנה המקבילה במשחק, כך שהתרגול בחוברת יכין את התלמידים להצלחה בתחנה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הגלובליזציה – המשחק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הגלובליזציה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תתרגלו נושאים על גלובליזציה. עבדו לאט, פרק אחרי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מדינות ואנשים בעולם מתחברים יותר דרך סחר, טכנולוגיה ותרבות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הבאת מוצרים ממדינה אחרת למדינה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יצוא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שליחת מוצרים מהמדינה שלנו למדינות אחרות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שרשרת אספקה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השלבים שעובר מוצר מהחומר הגלם ועד שהוא מגיע לצרכן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ארגז ברזל גדול שמשמש להובלת סחורות באוניות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סחר בינלאומי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ומכירה של מוצרים בין מדינות 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יבשה גדול בעולם, כמו אסיה, אירופה או אפריקה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הובלה ימית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הובלת סחורות באוניות בין נמלים בעולם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צרכן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שקונה ומשתמש במוצרים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שוק עולמי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הקנייה והמכירה של מוצרים בין כל מדינות העולם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גלובליזציה: מושגי יסוד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גלובליזציה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שבו מדינות בעולם מתחברות זו לזו במסחר, תרבות וטכנולוגיה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מלחמה בין מדינות שכנות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שאוסר על יבוא 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נמל ים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יבוא?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הבאת מוצרים ממדינה אחרת לתוך המדינה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שליחת מוצרים מהמדינה שלנו לחו"ל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ייצור מוצר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איסור על מכירת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יצוא?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שליחת מוצרים מהמדינה שלנו למדינות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הבאת מוצרים מחו"ל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קניית מוצר בחנות השכונתית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שמירת מוצרים במחסן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סחר בינלאומי?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מכירה וקנייה של מוצרים ושירותים בין מדינות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מכירה בין שתי חנויות באותה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 על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תהליך ייצור חקלאי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גלובליזציה: מושגי יסוד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יבוא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שרשרת של שלבים שמוצר עובר מהייצור ועד שהוא מגיע לצרכן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יצוא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תהליך שמחבר בין מדינות בעולם בכלכלה ובתרבות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סחר בינלאומי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שליחת מוצרים מהמדינה שלנו לחו"ל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שרשרת אספקה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מסחר במוצרים ושירותים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הבאת מוצרים ממדינה אחרת לתוך המדינה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גלובליזציה: מושגי יסוד – חשיבה והסקה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כשמדינה מייצאת מוצר, היא שולחת אותו למדינה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יבוא ויצוא הם אותו דבר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שרשרת האספקה: מהמפעל ועד הבית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צריך כדי להתחיל להכין מוצר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חומרי גלם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שיווק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מכירה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מוצרים עוברים בין מדינות רחוקות?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במטוסי נוסעים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באוניות מכולות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ברכבות תחתיות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בנמל?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לאחסן מים 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להעביר מכולות בין אוניה ליבשה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לייצר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למכור מזון לתושבים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הזו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רשת של חנות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השלבים מהחומר הגלם ועד הלקוח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ההובלה באונייה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המחיר הסופי של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לא מייצרים הכל במקום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להוזיל עלויות ולהשתמש במומחיות 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לייצר הכל במדינה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להאט את הייצור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להם ברירה אחרת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שרשרת האספקה: מהמפעל ועד הבית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חומר גלם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תיבת מתכת גדולה להובלת מוצרים באונייה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הכנה של כמות גדולה מאוד של מוצרים זהים במפעל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השלב שבו מעבירים את המוצר המוכן לחנויות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הפצה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הסכום שמשלמים כדי להעביר מוצר ממקום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ייצור המוני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שבו מעבירים מכולות בין האונייה ליבשה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עלות הובלה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חומר בסיסי שממנו מייצרים מוצר, כמו כותנה לבגד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3 · סחר עולמי: יבוא, יצוא וסלי מוצרים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מוצר שמגיע מארץ אחרת ונמכר אצלנו נקרא מוצר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מדינה שולחת מוצרים שהיא מייצרת למדינות אחרות, הפעולה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מוצר שגדל או יוצר בתוך הארץ עצמה נקרא מוצר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הפעולה של הבאת מוצרים מחו״ל אל תוך הארץ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סחר עולמי: יבוא, יצוא וסלי מוצרים – מיון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מוצר בדרך כלל מגיע מחו״ל?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דלק ממדינה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ירקות מהחקלאות המקומית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מהברז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חשמל מתחנת כוח 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נקרא סל עם פריטים מהארץ בלבד?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מיובא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מקומי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מעורב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מדינות מייצאות מוצרים?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לזרוק עודפים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להרוויח כסף ולמכור את מה שיש להן בשפע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להפסיד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אסור למכור בארץ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אם מדינה מייצרת הרבה תפוזים, סביר שהיא תרצה...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לייבא תפוזים נוספים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לייצא חלק מהתפוזים למדינות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להפסיק לגדל תפוזים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לאחסן את כל התפוזים לנצח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סחר עולמי: יבוא, יצוא וסלי מוצרים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המוצרים בסופרמרקט הישראלי מיוצרים בישראל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יבוא ויצוא הם חלק מהסחר העולמי בין מדינות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מדינה יכולה גם לייבא וגם לייצא מוצרים באותו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פריט בסל מסומן כ'מיובא', סימן שהוא גדל או יוצר בארץ המקומית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סחר עולמי: יבוא, יצוא וסלי מוצרים –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שלושה מוצרים מהבית שלכם ונסו לזהות אם הם מקומיים או מיובאים. הסבירו איך בדקתם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כדאי למדינה גם לייבא וגם לייצא, ולא להסתפק רק במוצרים מקומיים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עובדות ונתונים על העולם המחובר – זיהוי עובדות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הסחורות בעולם מובלות בין יבשות באוניות מכולות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מוצר מיוצר במדינה אחת בלבד מתחילתו ועד סופו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מכולות הובלה בעולם הן בגדלים תקניים אחידים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עובדות ונתונים על העולם המחובר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בעיקר מעבירים סחורות בין מדינות רחוקות?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גלובליזציה בקצרה?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חיבור כלכלי ותרבותי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בידוד מדינות זו מזו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סגירת גבולות למסחר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הפסקת תיירות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מוצר אחד נבנה בכמה מדינות?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להוזיל עלויות ולהשתמש ביתרון של כל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לייצר הכל במקום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מסורבל יותר בכוונה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להקשות על הלקוחות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עובדות ונתונים על העולם המחובר – מילוי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חברות רבות מעבירות ייצור למדינות שבהן כוח העבודה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קפה, בננות וקקאו הם דוגמאות למוצרים רבים ש-__________ מארצות מתפתחות לעולם כולו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עובדות ונתונים על העולם המחובר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יבוא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רצף השלבים מייצור ועד הגעה ללקוח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ייצוא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קנייה ומכירה של מוצרים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שרשרת אספקה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שליחת מוצרים למדינה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הבאת מוצרים ממדינה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סחר עולמי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תיבת מתכת תקנית להובלת סחורות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איפה בעולם: יבשות ומסלולי סחורה – היכרות עם היבשות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המספר הנכון של היבשות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היבשת של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מאיפה מגיעה הרבה אלקטרוניקה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אנטארקטיקה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אוסטרליה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איפה בעולם: יבשות ומסלולי סחורה – יבשות ומוצרים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אוסטרליה היא גם יבשת וגם 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הסחורות בעולם מיוצרות ביבשת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איפה בעולם: יבשות ומסלולי סחורה – חיבור יבשות למוצרים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אמריקה הדרומית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אלקטרוניקה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אפריקה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צמר ובשר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אירופה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קקאו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אוסטרליה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מכוניות ומוצרי יוקרה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איפה בעולם: יבשות ומסלולי סחורה – דרך הסחורה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ספינות מכולות חוצות את ה__________ כדי להעביר סחורות בין יבשות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אתגר מסכם: כל התחנות ביחד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שרשרת אספקה?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השלבים שמוצר עובר מהייצור ועד הלקוח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קניות של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אונייה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מסלול טיסה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זו מכולה?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תיבת מתכת גדולה להובלת סחורות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דגל 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נמל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לבישול על האונייה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יבוא ליצוא?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יבוא זה הכנסת סחורה למדינה, יצוא זה שליחה החוצה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הבדל, זו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יבוא זה רק אוכל, יצוא זה רק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יצוא קורה רק באוויר, יבוא רק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יבשות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שמחבר בין מדינות ואנשים בעולם בכלכלה ובתרבות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אונייה מפורסמת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מכס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מחשב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 דוגמה אחת למוצר שעבר שרשרת אספקה ארוכה, ותאר בקצרה שני שלבים שהוא עבר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הסבר במילים שלך את ההבדל בין יבוא ליצוא, עם דוגמה אחת לכל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 עובדה אחת על סחר עולמי שלמדת, וכתוב מה היא מלמדת אותך על הקשר בין מדינות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הגלובליזציה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