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הגלובליזציה – 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וכיצד היא מחברת בין מדינות ואנשים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שרשרת האספקה של מוצר מהייצור ועד הצרכן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יבוא ליצוא ולזהות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ולהבין עובדות ונתונים פשוטים על סחר עולמי ומיקום גיאוגרפי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גלובליזציה: מושגי יסוד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שבו מדינות בעולם מתחברות זו לזו במסחר, תרבות וטכנולוגיה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הבאת מוצרים ממדינה אחרת לתוך המדינה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שליחת מוצרים מהמדינה שלנו למדינות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גלובליזציה: מושגי יסוד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(הבאת מוצרים ממדינה אחרת לתוך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(שליחת מוצרים מהמדינה שלנו לחו"ל)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(מסחר במוצרים ושירותים בין מדינות)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גלובליזציה: מושגי יסוד – חשיבה והסקה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שרשרת האספקה: מהמפעל ועד הבית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חומרי גלם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באוניות 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להעביר מכולות בין אוניה ליבשה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שרשרת האספקה: מהמפעל ועד הבית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(חומר בסיסי שממנו מייצרים מוצר, כמו כותנה לבגד)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(תיבת מתכת גדולה להובלת מוצרים באונייה)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שבו מעבירים מכולות בין האונייה ליבשה)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(השלב שבו מעבירים את המוצר המוכן לחנויות)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סחר עולמי: יבוא, יצוא וסלי מוצרים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מיובא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סחר עולמי: יבוא, יצוא וסלי מוצרים – מיון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דלק ממדינה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מקומי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סחר עולמי: יבוא, יצוא וסלי מוצרים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רבים מהמוצרים מיובאים ממדינות 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מדינות קונות ומוכרות מוצרים זו לזו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רוב המדינות עושות גם וגם, תלוי במוצר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סחר עולמי: יבוא, יצוא וסלי מוצרים – 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עובדות ונתונים על העולם המחובר – זיהוי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הובלה ימית היא הדרך הנפוצה והזולה ביותר להעברת כמויות גדולות של סחורות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מוצרים רבים מורכבים מחלקים המגיעים ממספר מדינות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עובדות ונתונים על העולם המחובר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חיבור כלכלי ותרבותי בין מדינות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עובדות ונתונים על העולם המחובר – מילוי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עובדות ונתונים על העולם המחובר – התאמת מונחים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(הבאת מוצרים ממדינה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(שליחת מוצרים למדינה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(רצף השלבים מייצור ועד הגעה ללקוח)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(תיבת מתכת תקנית להובלת סחורות)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איפה בעולם: יבשות ומסלולי סחורה – היכרות עם היבשות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איפה בעולם: יבשות ומסלולי סחורה – יבשות ומוצרים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אוסטרליה היא היבשת הקטנה ביותר והיא גם מדינה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מוצרים מיוצרים ומועברים בין יבשות רבות ושונות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איפה בעולם: יבשות ומסלולי סחורה – חיבור יבשות למוצרים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(אלקטרוניקה)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(קקאו)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איפה בעולם: יבשות ומסלולי סחורה – דרך הסחורה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אתגר מסכם: כל התחנות ביחד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 השלבים שמוצר עובר מהייצור ועד הלקוח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תיבת מתכת גדולה להובלת סחורות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יבוא זה הכנסת סחורה למדינה, יצוא זה שליחה החוצה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מוצר מוחשי ולפחות שני שלבים הגיוניים בשרשרת (חומר גלם, ייצור, הובלה, מכירה)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מבחינה נכון בין הבאת מוצרים פנימה (יבוא) להוצאתם החוצה (יצוא), עם דוגמה מתאימה לכל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מתייחסת לעובדה אמיתית מהנושאים שנלמדו ומסבירה בקצרה את הקשר למסחר או לחיבור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לשני-שלושה שיעורים: פרקים 1-2 בשיעור ראשון, 3-4 בשני, 5-6 בשלישי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בפרקים 1-3 ולדלג על חלק מתרגילי העובדות המספריות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קצר על יתרונות וחסרונות של גלובליזציה בעקבות פרק 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פרק לתחנה המקבילה במשחק, כך שהתרגול בחוברת יכין את התלמידים להצלחה בתחנה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הגלובליזציה – 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את כל הנושאים שמופיעים במשחק מסע הגלובליזציה, תחנה אחר תחנה. עבדו לפי סדר הפרקים, ונסו לענות לבד לפני שבודקים בכיתה.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יצוא  ·  זול  ·  מיובא  ·  מקומי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מהי גלובליזציה: מושגי יסוד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גלובליזציה, במילים פשוטות?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תהליך שבו מדינות בעולם מתחברות זו לזו במסחר, תרבות וטכנולוגיה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מלחמה בין מדינות שכנות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חוק שאוסר על יבוא מוצרים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יבוא?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הבאת מוצרים ממדינה אחרת לתוך המדינה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שליחת מוצרים מהמדינה שלנו לחו"ל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ייצור מוצר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יצוא?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שליחת מוצרים מהמדינה שלנו למדינות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הבאת מוצרים מחו"ל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קניית מוצר בחנות השכונתית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מהי גלובליזציה: מושגי יסוד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שליחת מוצרים מהמדינה שלנו לחו"ל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מסחר במוצרים ושירותים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סחר בינלאומי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הבאת מוצרים ממדינה אחרת לתוך המדינה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מהי גלובליזציה: מושגי יסוד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שרשרת האספקה: מהמפעל ועד הבית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השלב הראשון בייצור מוצר, עוד לפני שמתחילים לייצר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חומרי גלם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שיווק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אמצעי תחבורה בדרך כלל מובילים מוצרים במרחקים ארוכים בין יבשות?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במטוסי נוסעים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באוניות מכולות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ברכבות תחתיות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התפקיד העיקרי של נמל בשרשרת האספקה?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לאחסן מים 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להעביר מכולות בין אוניה ליבשה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לייצר חשמל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שרשרת האספקה: מהמפעל ועד הבית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חומר גלם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תיבת מתכת גדולה להובלת מוצרים באונייה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השלב שבו מעבירים את המוצר המוכן לחנויות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חומר בסיסי שממנו מייצרים מוצר, כמו כותנה לבגד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הפצה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 שבו מעבירים מכולות בין האונייה ליבשה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3 · סחר עולמי: יבוא, יצוא וסלי מוצרים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מוצר שמגיע מארץ אחרת ונמכר אצלנו נקרא מוצר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מדינה שולחת מוצרים שהיא מייצרת למדינות אחרות, הפעולה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מוצר שגדל או יוצר בתוך הארץ עצמה נקרא מוצר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סחר עולמי: יבוא, יצוא וסלי מוצרים – מיון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מהבאים הוא דוגמה טיפוסית ליבוא עבור מדינה שאין בה נפט?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דלק ממדינה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ירקות מהחקלאות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מים מהברז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סל מוצרים שכולל רק פריטים שיוצרו בתוך הארץ נחשב סל...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מיובא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מקומי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מעורב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סחר עולמי: יבוא, יצוא וסלי מוצרים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המוצרים בסופרמרקט הישראלי מיוצרים בישראל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יבוא ויצוא הם חלק מהסחר העולמי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מדינה יכולה גם לייבא וגם לייצא מוצרים באותו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סחר עולמי: יבוא, יצוא וסלי מוצרים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עובדות ונתונים על העולם המחובר – זיהוי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רוב הסחורות בעולם מובלות בין יבשות באוניות מכולות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מוצר מיוצר במדינה אחת בלבד מתחילתו ועד סופו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עובדות ונתונים על העולם המחובר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הכלי העיקרי להובלת סחורות כבדות בין יבשות?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העיקרית של המילה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חיבור כלכלי ותרבותי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בידוד מדינות זו מזו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סגירת גבולות למסחר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עובדות ונתונים על העולם המחובר – מילוי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חברות רבות מעבירות ייצור למדינות שבהן כוח העבודה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עובדות ונתונים על העולם המחובר – התאמת מונחים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רצף השלבים מייצור ועד הגעה ללקוח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תיבת מתכת תקנית להובלת סחורות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שרשרת אספקה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הבאת מוצרים ממדינה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שליחת מוצרים למדינה 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איפה בעולם: יבשות ומסלולי סחורה – היכרות עם היבשות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יבשות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יבשת נמצאת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אפריקה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איפה בעולם: יבשות ומסלולי סחורה – יבשות ומוצרים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אוסטרליה היא גם יבשת וגם מדינה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הסחורות בעולם מיוצרות ביבשת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איפה בעולם: יבשות ומסלולי סחורה – חיבור יבשות למוצרים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אמריקה הדרומית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אלקטרוניקה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קקאו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אפריקה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איפה בעולם: יבשות ומסלולי סחורה – דרך הסחורה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אתגר מסכם: כל התחנות ביחד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שרשרת אספקה?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השלבים שמוצר עובר מהייצור ועד הלקוח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רשימת קניות של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אונייה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מכולה (container) בהובלה ימית?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תיבת מתכת גדולה להובלת סחורות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של דגל 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של נמל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ההבדל בין יבוא ליצוא?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יבוא זה הכנסת סחורה למדינה, יצוא זה שליחה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הבדל, זו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יבוא זה רק אוכל, יצוא זה רק בגדים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תן דוגמה אחת למוצר שעבר שרשרת אספקה ארוכה, ותאר בקצרה שני שלבים שהוא עבר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הסבר במילים שלך את ההבדל בין יבוא ליצוא, עם דוגמה אחת לכל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הגלובליזציה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